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7D87C" w14:textId="77777777" w:rsidR="009D03B4" w:rsidRPr="00263E7C" w:rsidRDefault="00000000">
      <w:pPr>
        <w:pStyle w:val="KonuBal"/>
        <w:rPr>
          <w:rFonts w:ascii="Arial" w:hAnsi="Arial" w:cs="Arial"/>
          <w:sz w:val="22"/>
          <w:szCs w:val="22"/>
        </w:rPr>
      </w:pPr>
      <w:r w:rsidRPr="00263E7C">
        <w:rPr>
          <w:rFonts w:ascii="Arial" w:hAnsi="Arial" w:cs="Arial"/>
          <w:sz w:val="22"/>
          <w:szCs w:val="22"/>
        </w:rPr>
        <w:t>Yapay Zekâ ve Üretken Yapay Zekâ Kullanım Beyan Formu</w:t>
      </w:r>
    </w:p>
    <w:p w14:paraId="3448E2FE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Makale gönderimi sırasında sorumlu yazar tarafından doldurulur ve yazarların onayıyla ayrı dosya olarak yüklenir. Bu form, derginin Yapay Zekâ ve Üretken Yapay Zekâ Kullanım Politikası ile birlikte uygulanır.</w:t>
      </w:r>
    </w:p>
    <w:p w14:paraId="6B38EADC" w14:textId="77777777" w:rsidR="009D03B4" w:rsidRPr="00263E7C" w:rsidRDefault="00000000">
      <w:pPr>
        <w:pStyle w:val="Balk1"/>
        <w:rPr>
          <w:rFonts w:ascii="Arial" w:hAnsi="Arial" w:cs="Arial"/>
          <w:szCs w:val="22"/>
        </w:rPr>
      </w:pPr>
      <w:r w:rsidRPr="00263E7C">
        <w:rPr>
          <w:rFonts w:ascii="Arial" w:hAnsi="Arial" w:cs="Arial"/>
          <w:szCs w:val="22"/>
        </w:rPr>
        <w:t>1 Makale bilgileri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7128"/>
      </w:tblGrid>
      <w:tr w:rsidR="009D03B4" w:rsidRPr="00263E7C" w14:paraId="5656D08C" w14:textId="77777777">
        <w:trPr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933476B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Makale başlığı</w:t>
            </w:r>
          </w:p>
        </w:tc>
        <w:tc>
          <w:tcPr>
            <w:tcW w:w="71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4788C5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................................................................................................</w:t>
            </w:r>
          </w:p>
        </w:tc>
      </w:tr>
      <w:tr w:rsidR="009D03B4" w:rsidRPr="00263E7C" w14:paraId="1EBE995F" w14:textId="77777777">
        <w:trPr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5B8B62AD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Makale türü</w:t>
            </w:r>
          </w:p>
        </w:tc>
        <w:tc>
          <w:tcPr>
            <w:tcW w:w="71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0D555C32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................................................................................................</w:t>
            </w:r>
          </w:p>
        </w:tc>
      </w:tr>
      <w:tr w:rsidR="009D03B4" w:rsidRPr="00263E7C" w14:paraId="3D3C943F" w14:textId="77777777">
        <w:trPr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0E95A0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Sorumlu yazar ve e-posta</w:t>
            </w:r>
          </w:p>
        </w:tc>
        <w:tc>
          <w:tcPr>
            <w:tcW w:w="71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8ED2DE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................................................................................................</w:t>
            </w:r>
          </w:p>
        </w:tc>
      </w:tr>
      <w:tr w:rsidR="009D03B4" w:rsidRPr="00263E7C" w14:paraId="29614E59" w14:textId="77777777">
        <w:trPr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581009A1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Diğer yazarların adları</w:t>
            </w:r>
          </w:p>
        </w:tc>
        <w:tc>
          <w:tcPr>
            <w:tcW w:w="71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7A4E5008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................................................................................................</w:t>
            </w:r>
          </w:p>
        </w:tc>
      </w:tr>
      <w:tr w:rsidR="009D03B4" w:rsidRPr="00263E7C" w14:paraId="1E92D374" w14:textId="77777777">
        <w:trPr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5078786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Gönderim tarihi / makale numarası</w:t>
            </w:r>
          </w:p>
        </w:tc>
        <w:tc>
          <w:tcPr>
            <w:tcW w:w="71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CE6D554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................................................................................................</w:t>
            </w:r>
          </w:p>
        </w:tc>
      </w:tr>
    </w:tbl>
    <w:p w14:paraId="01C6DE1D" w14:textId="77777777" w:rsidR="009D03B4" w:rsidRPr="00263E7C" w:rsidRDefault="00000000">
      <w:pPr>
        <w:pStyle w:val="Balk1"/>
        <w:rPr>
          <w:rFonts w:ascii="Arial" w:hAnsi="Arial" w:cs="Arial"/>
          <w:szCs w:val="22"/>
        </w:rPr>
      </w:pPr>
      <w:r w:rsidRPr="00263E7C">
        <w:rPr>
          <w:rFonts w:ascii="Arial" w:hAnsi="Arial" w:cs="Arial"/>
          <w:szCs w:val="22"/>
        </w:rPr>
        <w:t>2 Kullanım durumu</w:t>
      </w:r>
    </w:p>
    <w:p w14:paraId="4543B143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Aşağıdakilerden yalnızca birini işaretleyiniz:</w:t>
      </w:r>
    </w:p>
    <w:p w14:paraId="50F4300E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Segoe UI Symbol" w:hAnsi="Segoe UI Symbol" w:cs="Segoe UI Symbol"/>
          <w:sz w:val="22"/>
        </w:rPr>
        <w:t>☐</w:t>
      </w:r>
      <w:r w:rsidRPr="00263E7C">
        <w:rPr>
          <w:rFonts w:ascii="Arial" w:hAnsi="Arial" w:cs="Arial"/>
          <w:sz w:val="22"/>
        </w:rPr>
        <w:t xml:space="preserve"> Çalışmanın araştırma veya makale hazırlama sürecinde beyana tabi YZ/ÜYZ aracı kullanılmadı.</w:t>
      </w:r>
    </w:p>
    <w:p w14:paraId="42E47C53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Segoe UI Symbol" w:hAnsi="Segoe UI Symbol" w:cs="Segoe UI Symbol"/>
          <w:sz w:val="22"/>
        </w:rPr>
        <w:t>☐</w:t>
      </w:r>
      <w:r w:rsidRPr="00263E7C">
        <w:rPr>
          <w:rFonts w:ascii="Arial" w:hAnsi="Arial" w:cs="Arial"/>
          <w:sz w:val="22"/>
        </w:rPr>
        <w:t xml:space="preserve"> Beyana tabi YZ/ÜYZ aracı kullanıldı. Bölüm 3–5 doldurulmuştur.</w:t>
      </w:r>
    </w:p>
    <w:p w14:paraId="528263ED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Bölüm 6, kullanım durumundan bağımsız olarak doldurulur.</w:t>
      </w:r>
    </w:p>
    <w:p w14:paraId="6F406AE3" w14:textId="054DEF8D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 xml:space="preserve">Yalnızca anlamı değiştirmeyen yazım, noktalama ve basit dil bilgisi düzeltmeleri beyan kapsamı dışındadır. </w:t>
      </w:r>
    </w:p>
    <w:p w14:paraId="155186F8" w14:textId="77777777" w:rsidR="009D03B4" w:rsidRPr="00263E7C" w:rsidRDefault="00000000">
      <w:pPr>
        <w:pStyle w:val="Balk1"/>
        <w:rPr>
          <w:rFonts w:ascii="Arial" w:hAnsi="Arial" w:cs="Arial"/>
          <w:szCs w:val="22"/>
        </w:rPr>
      </w:pPr>
      <w:r w:rsidRPr="00263E7C">
        <w:rPr>
          <w:rFonts w:ascii="Arial" w:hAnsi="Arial" w:cs="Arial"/>
          <w:szCs w:val="22"/>
        </w:rPr>
        <w:t>3 Yapay zekâ kullanım alanları</w:t>
      </w:r>
    </w:p>
    <w:p w14:paraId="73B39F59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Her satırda kullanım durumunu işaretleyiniz. “Kullanıldı” seçilen alanların aracını, somut amacını ve doğrulama biçimini Bölüm 4’te açıklayınız. Bir araç birden fazla alanda kullanıldıysa ilgili satırların tümünü işaretleyiniz.</w:t>
      </w:r>
    </w:p>
    <w:tbl>
      <w:tblPr>
        <w:tblW w:w="10494" w:type="dxa"/>
        <w:jc w:val="center"/>
        <w:tblLayout w:type="fixed"/>
        <w:tblLook w:val="04A0" w:firstRow="1" w:lastRow="0" w:firstColumn="1" w:lastColumn="0" w:noHBand="0" w:noVBand="1"/>
      </w:tblPr>
      <w:tblGrid>
        <w:gridCol w:w="7412"/>
        <w:gridCol w:w="1541"/>
        <w:gridCol w:w="1541"/>
      </w:tblGrid>
      <w:tr w:rsidR="009D03B4" w:rsidRPr="00263E7C" w14:paraId="142F1850" w14:textId="77777777" w:rsidTr="00263E7C">
        <w:trPr>
          <w:trHeight w:val="683"/>
          <w:jc w:val="center"/>
        </w:trPr>
        <w:tc>
          <w:tcPr>
            <w:tcW w:w="7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</w:tcPr>
          <w:p w14:paraId="4CF50F92" w14:textId="77777777" w:rsidR="009D03B4" w:rsidRPr="00263E7C" w:rsidRDefault="00000000">
            <w:pPr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b/>
                <w:sz w:val="22"/>
              </w:rPr>
              <w:t>Kullanım alanı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</w:tcPr>
          <w:p w14:paraId="70631FA4" w14:textId="77777777" w:rsidR="009D03B4" w:rsidRPr="00263E7C" w:rsidRDefault="00000000">
            <w:pPr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b/>
                <w:sz w:val="22"/>
              </w:rPr>
              <w:t>Kullanıldı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</w:tcPr>
          <w:p w14:paraId="25C1BAFC" w14:textId="77777777" w:rsidR="009D03B4" w:rsidRPr="00263E7C" w:rsidRDefault="00000000">
            <w:pPr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b/>
                <w:sz w:val="22"/>
              </w:rPr>
              <w:t>Kullanılmadı</w:t>
            </w:r>
          </w:p>
        </w:tc>
      </w:tr>
      <w:tr w:rsidR="009D03B4" w:rsidRPr="00263E7C" w14:paraId="034A95BF" w14:textId="77777777" w:rsidTr="00263E7C">
        <w:trPr>
          <w:trHeight w:val="342"/>
          <w:jc w:val="center"/>
        </w:trPr>
        <w:tc>
          <w:tcPr>
            <w:tcW w:w="7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DC46277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Fikir ve araştırma tasarımı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2027248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2E70228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9D03B4" w:rsidRPr="00263E7C" w14:paraId="62325B28" w14:textId="77777777" w:rsidTr="00263E7C">
        <w:trPr>
          <w:trHeight w:val="330"/>
          <w:jc w:val="center"/>
        </w:trPr>
        <w:tc>
          <w:tcPr>
            <w:tcW w:w="7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5F5F725D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Literatür taraması ve kaynak keşfi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6BB3398B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55B37F95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9D03B4" w:rsidRPr="00263E7C" w14:paraId="6A6E9B59" w14:textId="77777777" w:rsidTr="00263E7C">
        <w:trPr>
          <w:trHeight w:val="342"/>
          <w:jc w:val="center"/>
        </w:trPr>
        <w:tc>
          <w:tcPr>
            <w:tcW w:w="7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DFFA2D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Veri hazırlama, transkripsiyon ve çeviri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B8D78B8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5D2C06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9D03B4" w:rsidRPr="00263E7C" w14:paraId="439304E6" w14:textId="77777777" w:rsidTr="00263E7C">
        <w:trPr>
          <w:trHeight w:val="330"/>
          <w:jc w:val="center"/>
        </w:trPr>
        <w:tc>
          <w:tcPr>
            <w:tcW w:w="7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304A95E0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Kodlama, modelleme ve veri analizi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38648579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0361374C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9D03B4" w:rsidRPr="00263E7C" w14:paraId="46DBBB96" w14:textId="77777777" w:rsidTr="00263E7C">
        <w:trPr>
          <w:trHeight w:val="342"/>
          <w:jc w:val="center"/>
        </w:trPr>
        <w:tc>
          <w:tcPr>
            <w:tcW w:w="7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A2FBE6C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Metin taslağı, düzenleme ve revizyon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A93165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9D8A26B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9D03B4" w:rsidRPr="00263E7C" w14:paraId="00F9FAC1" w14:textId="77777777" w:rsidTr="00263E7C">
        <w:trPr>
          <w:trHeight w:val="342"/>
          <w:jc w:val="center"/>
        </w:trPr>
        <w:tc>
          <w:tcPr>
            <w:tcW w:w="7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76B845BA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Makalenin veya özetin çevirisi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1657E16A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446F681D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9D03B4" w:rsidRPr="00263E7C" w14:paraId="1F03C808" w14:textId="77777777" w:rsidTr="00263E7C">
        <w:trPr>
          <w:trHeight w:val="330"/>
          <w:jc w:val="center"/>
        </w:trPr>
        <w:tc>
          <w:tcPr>
            <w:tcW w:w="7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1565E7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Şekil, görsel ve veri görselleştirme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F313B3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47BBFE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9D03B4" w:rsidRPr="00263E7C" w14:paraId="01B64A1E" w14:textId="77777777" w:rsidTr="00263E7C">
        <w:trPr>
          <w:trHeight w:val="342"/>
          <w:jc w:val="center"/>
        </w:trPr>
        <w:tc>
          <w:tcPr>
            <w:tcW w:w="7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6F1D9CB1" w14:textId="275A8E9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Diğer</w:t>
            </w:r>
            <w:r w:rsidR="00263E7C">
              <w:rPr>
                <w:rFonts w:ascii="Arial" w:hAnsi="Arial" w:cs="Arial"/>
                <w:sz w:val="22"/>
              </w:rPr>
              <w:t xml:space="preserve"> (belirtiniz): 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5E111E92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51CEB303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</w:tbl>
    <w:p w14:paraId="49461413" w14:textId="77777777" w:rsidR="009D03B4" w:rsidRPr="00263E7C" w:rsidRDefault="00000000">
      <w:pPr>
        <w:pStyle w:val="Balk1"/>
        <w:pageBreakBefore/>
        <w:rPr>
          <w:rFonts w:ascii="Arial" w:hAnsi="Arial" w:cs="Arial"/>
          <w:szCs w:val="22"/>
        </w:rPr>
      </w:pPr>
      <w:r w:rsidRPr="00263E7C">
        <w:rPr>
          <w:rFonts w:ascii="Arial" w:hAnsi="Arial" w:cs="Arial"/>
          <w:szCs w:val="22"/>
        </w:rPr>
        <w:lastRenderedPageBreak/>
        <w:t>4 Araç ve kullanım ayrıntıları</w:t>
      </w:r>
    </w:p>
    <w:p w14:paraId="207CF912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Kullanılan her araç ve farklı kullanım amacı için bir satır doldurunuz. Gerekirse tabloyu genişletiniz.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2952"/>
        <w:gridCol w:w="1944"/>
        <w:gridCol w:w="3024"/>
      </w:tblGrid>
      <w:tr w:rsidR="009D03B4" w:rsidRPr="00263E7C" w14:paraId="4EEEB52D" w14:textId="77777777">
        <w:trPr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</w:tcPr>
          <w:p w14:paraId="756BDBB0" w14:textId="77777777" w:rsidR="009D03B4" w:rsidRPr="00263E7C" w:rsidRDefault="00000000">
            <w:pPr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b/>
                <w:sz w:val="22"/>
              </w:rPr>
              <w:t>Araç / sağlayıcı / model veya sürüm</w:t>
            </w:r>
          </w:p>
        </w:tc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</w:tcPr>
          <w:p w14:paraId="45D7D8F6" w14:textId="77777777" w:rsidR="009D03B4" w:rsidRPr="00263E7C" w:rsidRDefault="00000000">
            <w:pPr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b/>
                <w:sz w:val="22"/>
              </w:rPr>
              <w:t>Aşama ve somut işlem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</w:tcPr>
          <w:p w14:paraId="04AB301C" w14:textId="77777777" w:rsidR="009D03B4" w:rsidRPr="00263E7C" w:rsidRDefault="00000000">
            <w:pPr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b/>
                <w:sz w:val="22"/>
              </w:rPr>
              <w:t>Etki alanı / bölüm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</w:tcPr>
          <w:p w14:paraId="36615460" w14:textId="77777777" w:rsidR="009D03B4" w:rsidRPr="00263E7C" w:rsidRDefault="00000000">
            <w:pPr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b/>
                <w:sz w:val="22"/>
              </w:rPr>
              <w:t>İnsan kontrolü ve doğrulama</w:t>
            </w:r>
          </w:p>
        </w:tc>
      </w:tr>
      <w:tr w:rsidR="009D03B4" w:rsidRPr="00263E7C" w14:paraId="2BC882D5" w14:textId="77777777">
        <w:trPr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A95212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8BE4466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652B7F3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E67B646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</w:tr>
      <w:tr w:rsidR="009D03B4" w:rsidRPr="00263E7C" w14:paraId="06427FF4" w14:textId="77777777">
        <w:trPr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464FF255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04106F43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058922A7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790314D1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</w:tr>
      <w:tr w:rsidR="009D03B4" w:rsidRPr="00263E7C" w14:paraId="4B12A89E" w14:textId="77777777">
        <w:trPr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336804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2A3A06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200A01D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0B719E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</w:tr>
      <w:tr w:rsidR="009D03B4" w:rsidRPr="00263E7C" w14:paraId="2D891408" w14:textId="77777777">
        <w:trPr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25DB96A8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742F7C07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5CB5FFF1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4D28B3DD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</w:tr>
    </w:tbl>
    <w:p w14:paraId="7ED23C36" w14:textId="77777777" w:rsidR="009D03B4" w:rsidRPr="00263E7C" w:rsidRDefault="00000000">
      <w:pPr>
        <w:pStyle w:val="Balk1"/>
        <w:rPr>
          <w:rFonts w:ascii="Arial" w:hAnsi="Arial" w:cs="Arial"/>
          <w:szCs w:val="22"/>
        </w:rPr>
      </w:pPr>
      <w:r w:rsidRPr="00263E7C">
        <w:rPr>
          <w:rFonts w:ascii="Arial" w:hAnsi="Arial" w:cs="Arial"/>
          <w:szCs w:val="22"/>
        </w:rPr>
        <w:t>5 Makalede yer alan açıklama</w:t>
      </w:r>
    </w:p>
    <w:p w14:paraId="625CE47E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Araştırma yöntemini etkileyen kullanımın Yöntem bölümündeki yeri (başlık/sayfa): ....................................................</w:t>
      </w:r>
    </w:p>
    <w:p w14:paraId="20B69FCD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Makalede yayımlanacak Yapay Zekâ Kullanım Beyanı (yoksa “Beyana tabi kullanım yoktur” yazınız):</w:t>
      </w:r>
    </w:p>
    <w:p w14:paraId="191D2FC6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................................................................................................................................................................................</w:t>
      </w:r>
    </w:p>
    <w:p w14:paraId="0FBE9088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................................................................................................................................................................................</w:t>
      </w:r>
    </w:p>
    <w:p w14:paraId="1CBB5D77" w14:textId="77777777" w:rsidR="009D03B4" w:rsidRPr="00263E7C" w:rsidRDefault="00000000">
      <w:pPr>
        <w:pStyle w:val="Balk1"/>
        <w:rPr>
          <w:rFonts w:ascii="Arial" w:hAnsi="Arial" w:cs="Arial"/>
          <w:szCs w:val="22"/>
        </w:rPr>
      </w:pPr>
      <w:r w:rsidRPr="00263E7C">
        <w:rPr>
          <w:rFonts w:ascii="Arial" w:hAnsi="Arial" w:cs="Arial"/>
          <w:szCs w:val="22"/>
        </w:rPr>
        <w:t>6 Yazarların doğrulama beyanı</w:t>
      </w:r>
    </w:p>
    <w:p w14:paraId="5AFD7093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Aşağıdaki hususları tüm yazarlar adına teyit ederiz:</w:t>
      </w:r>
    </w:p>
    <w:p w14:paraId="47D4A925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Segoe UI Symbol" w:hAnsi="Segoe UI Symbol" w:cs="Segoe UI Symbol"/>
          <w:sz w:val="22"/>
        </w:rPr>
        <w:t>☐</w:t>
      </w:r>
      <w:r w:rsidRPr="00263E7C">
        <w:rPr>
          <w:rFonts w:ascii="Arial" w:hAnsi="Arial" w:cs="Arial"/>
          <w:sz w:val="22"/>
        </w:rPr>
        <w:t xml:space="preserve"> Formdaki bilgiler eksiksizdir; makaledeki Yöntem açıklaması ve YZ kullanım beyanıyla tutarlıdır.</w:t>
      </w:r>
    </w:p>
    <w:p w14:paraId="4469BFF1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Segoe UI Symbol" w:hAnsi="Segoe UI Symbol" w:cs="Segoe UI Symbol"/>
          <w:sz w:val="22"/>
        </w:rPr>
        <w:t>☐</w:t>
      </w:r>
      <w:r w:rsidRPr="00263E7C">
        <w:rPr>
          <w:rFonts w:ascii="Arial" w:hAnsi="Arial" w:cs="Arial"/>
          <w:sz w:val="22"/>
        </w:rPr>
        <w:t xml:space="preserve"> YZ çıktılarındaki iddialar, kaynaklar, veriler, analizler ve görseller gerektiği ölçüde yazarlar tarafından doğrulanmıştır.</w:t>
      </w:r>
    </w:p>
    <w:p w14:paraId="27F54FAD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Segoe UI Symbol" w:hAnsi="Segoe UI Symbol" w:cs="Segoe UI Symbol"/>
          <w:sz w:val="22"/>
        </w:rPr>
        <w:t>☐</w:t>
      </w:r>
      <w:r w:rsidRPr="00263E7C">
        <w:rPr>
          <w:rFonts w:ascii="Arial" w:hAnsi="Arial" w:cs="Arial"/>
          <w:sz w:val="22"/>
        </w:rPr>
        <w:t xml:space="preserve"> Gizli veya kişisel veriler, gerekli izin ve güvenceler olmadan haricî YZ sistemlerine aktarılmamıştır.</w:t>
      </w:r>
    </w:p>
    <w:p w14:paraId="08FE727F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Segoe UI Symbol" w:hAnsi="Segoe UI Symbol" w:cs="Segoe UI Symbol"/>
          <w:sz w:val="22"/>
        </w:rPr>
        <w:t>☐</w:t>
      </w:r>
      <w:r w:rsidRPr="00263E7C">
        <w:rPr>
          <w:rFonts w:ascii="Arial" w:hAnsi="Arial" w:cs="Arial"/>
          <w:sz w:val="22"/>
        </w:rPr>
        <w:t xml:space="preserve"> YZ araçları yazar olarak gösterilmemiştir; makalenin bilimsel ve etik sorumluluğu yazarlara aittir.</w:t>
      </w:r>
    </w:p>
    <w:p w14:paraId="247B3307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Segoe UI Symbol" w:hAnsi="Segoe UI Symbol" w:cs="Segoe UI Symbol"/>
          <w:sz w:val="22"/>
        </w:rPr>
        <w:t>☐</w:t>
      </w:r>
      <w:r w:rsidRPr="00263E7C">
        <w:rPr>
          <w:rFonts w:ascii="Arial" w:hAnsi="Arial" w:cs="Arial"/>
          <w:sz w:val="22"/>
        </w:rPr>
        <w:t xml:space="preserve"> Değerlendirme sürecinde kullanımdaki önemli değişiklikleri editöre bildireceğiz.</w:t>
      </w:r>
    </w:p>
    <w:p w14:paraId="1D81EDA9" w14:textId="77777777" w:rsidR="00EF3463" w:rsidRDefault="00EF3463">
      <w:pPr>
        <w:rPr>
          <w:rFonts w:ascii="Arial" w:hAnsi="Arial" w:cs="Arial"/>
          <w:sz w:val="22"/>
        </w:rPr>
      </w:pPr>
    </w:p>
    <w:p w14:paraId="2561528F" w14:textId="2BD4CB24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Sorumlu yazar adı soyadı: ........................................     İmza: ........................................     Tarih: ........................</w:t>
      </w:r>
    </w:p>
    <w:p w14:paraId="21A90893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 xml:space="preserve">Tüm yazarların onayı alınmıştır: </w:t>
      </w:r>
      <w:r w:rsidRPr="00263E7C">
        <w:rPr>
          <w:rFonts w:ascii="Segoe UI Symbol" w:hAnsi="Segoe UI Symbol" w:cs="Segoe UI Symbol"/>
          <w:sz w:val="22"/>
        </w:rPr>
        <w:t>☐</w:t>
      </w:r>
      <w:r w:rsidRPr="00263E7C">
        <w:rPr>
          <w:rFonts w:ascii="Arial" w:hAnsi="Arial" w:cs="Arial"/>
          <w:sz w:val="22"/>
        </w:rPr>
        <w:t xml:space="preserve"> Evet     Onay yöntemi / tarihi: ................................................................................</w:t>
      </w:r>
    </w:p>
    <w:p w14:paraId="6CBAB3F6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i/>
          <w:sz w:val="22"/>
        </w:rPr>
        <w:t>Editörlük için: İşaretlemeler yazar beyanıdır. Kullanımın uygunluğu, açıklanan amaç ve yöntem ile dergi politikası birlikte değerlendirilerek belirlenir.</w:t>
      </w:r>
    </w:p>
    <w:sectPr w:rsidR="009D03B4" w:rsidRPr="00263E7C" w:rsidSect="00034616">
      <w:pgSz w:w="12240" w:h="15840"/>
      <w:pgMar w:top="1037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8303650">
    <w:abstractNumId w:val="8"/>
  </w:num>
  <w:num w:numId="2" w16cid:durableId="1004548370">
    <w:abstractNumId w:val="6"/>
  </w:num>
  <w:num w:numId="3" w16cid:durableId="731923103">
    <w:abstractNumId w:val="5"/>
  </w:num>
  <w:num w:numId="4" w16cid:durableId="741752876">
    <w:abstractNumId w:val="4"/>
  </w:num>
  <w:num w:numId="5" w16cid:durableId="1446846811">
    <w:abstractNumId w:val="7"/>
  </w:num>
  <w:num w:numId="6" w16cid:durableId="260799140">
    <w:abstractNumId w:val="3"/>
  </w:num>
  <w:num w:numId="7" w16cid:durableId="2059933782">
    <w:abstractNumId w:val="2"/>
  </w:num>
  <w:num w:numId="8" w16cid:durableId="873734229">
    <w:abstractNumId w:val="1"/>
  </w:num>
  <w:num w:numId="9" w16cid:durableId="1003894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2DF2"/>
    <w:rsid w:val="00263E7C"/>
    <w:rsid w:val="0029639D"/>
    <w:rsid w:val="00326F90"/>
    <w:rsid w:val="00930F7D"/>
    <w:rsid w:val="009D03B4"/>
    <w:rsid w:val="00AA1D8D"/>
    <w:rsid w:val="00B47730"/>
    <w:rsid w:val="00CB0664"/>
    <w:rsid w:val="00EF3463"/>
    <w:rsid w:val="00F32E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C3EEE5"/>
  <w14:defaultImageDpi w14:val="300"/>
  <w15:docId w15:val="{175C1440-241C-564A-A039-7F7EAD46C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00000"/>
      <w:sz w:val="22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Mustafa ALTUNOĞLU</cp:lastModifiedBy>
  <cp:revision>2</cp:revision>
  <dcterms:created xsi:type="dcterms:W3CDTF">2026-09-27T17:02:00Z</dcterms:created>
  <dcterms:modified xsi:type="dcterms:W3CDTF">2026-09-27T17:02:00Z</dcterms:modified>
  <cp:category/>
</cp:coreProperties>
</file>